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Participant Workbook and Assistant Builder</w:t>
      </w:r>
    </w:p>
    <w:p>
      <w:r>
        <w:t>AI Accelerator: From Zero to Confident | Beginner | 210 minutes | No coding required</w:t>
      </w:r>
    </w:p>
    <w:p>
      <w:pPr>
        <w:pStyle w:val="Heading2"/>
      </w:pPr>
      <w:r>
        <w:t>Welcome and learning outcomes</w:t>
      </w:r>
    </w:p>
    <w:p>
      <w:r>
        <w:t>By the end of the workshop you will explain AI, write stronger prompts, use AI for routine work, identify risks, and build and test a reusable AI assistant.</w:t>
      </w:r>
    </w:p>
    <w:p>
      <w:pPr>
        <w:pStyle w:val="Heading2"/>
      </w:pPr>
      <w:r>
        <w:t>Your starting point</w:t>
      </w:r>
    </w:p>
    <w:p>
      <w:r>
        <w:t>My job or area of interest:  ________________________________________</w:t>
      </w:r>
    </w:p>
    <w:p>
      <w:r>
        <w:t>A repetitive task I want to improve:  ________________________________________</w:t>
      </w:r>
    </w:p>
    <w:p>
      <w:r>
        <w:t>My experience with AI (none / some / frequent):  ________________________________________</w:t>
      </w:r>
    </w:p>
    <w:p>
      <w:r>
        <w:t>What success would look like today:  ________________________________________</w:t>
      </w:r>
    </w:p>
    <w:p>
      <w:pPr>
        <w:pStyle w:val="Heading2"/>
      </w:pPr>
      <w:r>
        <w:t>Module 1 — AI foundations (25 min)</w:t>
      </w:r>
    </w:p>
    <w:p>
      <w:r>
        <w:t>AI is a broad field. Generative AI can create text, images and other content. AI output can be inaccurate, incomplete, outdated or biased. A human should check the result before using it.</w:t>
      </w:r>
    </w:p>
    <w:p>
      <w:pPr>
        <w:pStyle w:val="Heading2"/>
      </w:pPr>
      <w:r>
        <w:t>Module 2 — Prompt engineering (35 min)</w:t>
      </w:r>
    </w:p>
    <w:p>
      <w:r>
        <w:t>A useful prompt describes the role, task, context, constraints, output format and a quality check. You can refine the prompt in a conversation.</w:t>
      </w:r>
    </w:p>
    <w:p>
      <w:pPr>
        <w:pStyle w:val="Heading2"/>
      </w:pPr>
      <w:r>
        <w:t>Module 3 — AI at work (35 min)</w:t>
      </w:r>
    </w:p>
    <w:p>
      <w:r>
        <w:t>Apply AI to drafting communications, summarising non-confidential information, brainstorming, planning, learning and organising action items.</w:t>
      </w:r>
    </w:p>
    <w:p>
      <w:pPr>
        <w:pStyle w:val="Heading2"/>
      </w:pPr>
      <w:r>
        <w:t>Break (10 min)</w:t>
      </w:r>
    </w:p>
    <w:p>
      <w:r>
        <w:t>Stretch and prepare one low-risk task for the assistant-building exercise.</w:t>
      </w:r>
    </w:p>
    <w:p>
      <w:pPr>
        <w:pStyle w:val="Heading2"/>
      </w:pPr>
      <w:r>
        <w:t>Module 5 — Responsible AI (20 min)</w:t>
      </w:r>
    </w:p>
    <w:p>
      <w:r>
        <w:t>Check important facts. Avoid exposing private data. Look for bias and unsupported claims. Human review is essential for sensitive or consequential work.</w:t>
      </w:r>
    </w:p>
    <w:p>
      <w:pPr>
        <w:pStyle w:val="Heading2"/>
      </w:pPr>
      <w:r>
        <w:t>Module 6 — Build your AI assistant (65 min)</w:t>
      </w:r>
    </w:p>
    <w:p>
      <w:r>
        <w:t>Define one job, write clear instructions, build a custom GPT where available or use a reusable prompt, test and revise.</w:t>
      </w:r>
    </w:p>
    <w:p>
      <w:pPr>
        <w:pStyle w:val="Heading2"/>
      </w:pPr>
      <w:r>
        <w:t>Module 7 — Showcase (20 min)</w:t>
      </w:r>
    </w:p>
    <w:p>
      <w:r>
        <w:t>Demonstrate the assistant, discuss limitations and commit to a next step.</w:t>
      </w:r>
    </w:p>
    <w:p>
      <w:pPr>
        <w:pStyle w:val="Heading2"/>
      </w:pPr>
      <w:r>
        <w:t>Exercise 1 — Compare prompts</w:t>
      </w:r>
    </w:p>
    <w:p>
      <w:pPr>
        <w:pStyle w:val="Heading3"/>
      </w:pPr>
      <w:r>
        <w:t>Weak prompt</w:t>
      </w:r>
    </w:p>
    <w:p>
      <w:pPr>
        <w:pStyle w:val="Quote"/>
      </w:pPr>
      <w:r>
        <w:t>Write an email.</w:t>
      </w:r>
    </w:p>
    <w:p>
      <w:pPr>
        <w:pStyle w:val="Heading3"/>
      </w:pPr>
      <w:r>
        <w:t>Improved prompt</w:t>
      </w:r>
    </w:p>
    <w:p>
      <w:pPr>
        <w:pStyle w:val="Quote"/>
      </w:pPr>
      <w:r>
        <w:t>You are an office administrator. Draft a friendly but professional email to a customer explaining that an appointment must be rescheduled. Do not invent the reason or dates. Use placeholders, offer two alternative slots, and keep it under 140 words.</w:t>
      </w:r>
    </w:p>
    <w:p>
      <w:r>
        <w:t>Write your own improved prompt:</w:t>
      </w:r>
    </w:p>
    <w:p>
      <w:r>
        <w:br/>
        <w:t>_____________________________________________________________________________________</w:t>
        <w:br/>
        <w:t>_____________________________________________________________________________________</w:t>
        <w:br/>
        <w:t>_____________________________________________________________________________________</w:t>
      </w:r>
    </w:p>
    <w:p>
      <w:pPr>
        <w:pStyle w:val="Heading2"/>
      </w:pPr>
      <w:r>
        <w:t>Exercise 2 — Practical workplace tasks</w:t>
      </w:r>
    </w:p>
    <w:p>
      <w:pPr>
        <w:pStyle w:val="Heading3"/>
      </w:pPr>
      <w:r>
        <w:t>Email drafting</w:t>
      </w:r>
    </w:p>
    <w:p>
      <w:r>
        <w:t>Turn three non-confidential bullet points into a professional message; then ask for a warmer version.</w:t>
      </w:r>
    </w:p>
    <w:p>
      <w:r>
        <w:t>What improved after you revised your prompt? ____________________________________</w:t>
      </w:r>
    </w:p>
    <w:p>
      <w:pPr>
        <w:pStyle w:val="Heading3"/>
      </w:pPr>
      <w:r>
        <w:t>Research and learning</w:t>
      </w:r>
    </w:p>
    <w:p>
      <w:r>
        <w:t>Ask for a beginner explanation of a topic, five quiz questions and sources to check.</w:t>
      </w:r>
    </w:p>
    <w:p>
      <w:r>
        <w:t>What improved after you revised your prompt? ____________________________________</w:t>
      </w:r>
    </w:p>
    <w:p>
      <w:pPr>
        <w:pStyle w:val="Heading3"/>
      </w:pPr>
      <w:r>
        <w:t>Organisation</w:t>
      </w:r>
    </w:p>
    <w:p>
      <w:r>
        <w:t>Turn fictional meeting notes into an action table with owner, deadline and status.</w:t>
      </w:r>
    </w:p>
    <w:p>
      <w:r>
        <w:t>What improved after you revised your prompt? ____________________________________</w:t>
      </w:r>
    </w:p>
    <w:p>
      <w:pPr>
        <w:pStyle w:val="Heading3"/>
      </w:pPr>
      <w:r>
        <w:t>Planning</w:t>
      </w:r>
    </w:p>
    <w:p>
      <w:r>
        <w:t>Create a seven-day promotion plan for a fictional Jamaican small business.</w:t>
      </w:r>
    </w:p>
    <w:p>
      <w:r>
        <w:t>What improved after you revised your prompt? ____________________________________</w:t>
      </w:r>
    </w:p>
    <w:p>
      <w:pPr>
        <w:pStyle w:val="Heading2"/>
      </w:pPr>
      <w:r>
        <w:t>Exercise 3 — Fact checking and privacy</w:t>
      </w:r>
    </w:p>
    <w:p>
      <w:pPr>
        <w:pStyle w:val="ListBullet"/>
      </w:pPr>
      <w:r>
        <w:t>Identify three factual claims in an AI response and check them independently.</w:t>
      </w:r>
    </w:p>
    <w:p>
      <w:pPr>
        <w:pStyle w:val="ListBullet"/>
      </w:pPr>
      <w:r>
        <w:t>Mark any invented dates, sources or claims as unverified.</w:t>
      </w:r>
    </w:p>
    <w:p>
      <w:pPr>
        <w:pStyle w:val="ListBullet"/>
      </w:pPr>
      <w:r>
        <w:t>Remove names, addresses, patient details, account numbers and other sensitive data from practice examples.</w:t>
      </w:r>
    </w:p>
    <w:p>
      <w:pPr>
        <w:pStyle w:val="ListBullet"/>
      </w:pPr>
      <w:r>
        <w:t>Ask: what assumptions did the model make?</w:t>
      </w:r>
    </w:p>
    <w:p>
      <w:pPr>
        <w:pStyle w:val="Heading2"/>
      </w:pPr>
      <w:r>
        <w:t>The assistant-building project — step by step</w:t>
      </w:r>
    </w:p>
    <w:p>
      <w:pPr>
        <w:pStyle w:val="Heading2"/>
      </w:pPr>
      <w:r>
        <w:t>1. Choose a narrow purpose</w:t>
      </w:r>
    </w:p>
    <w:p>
      <w:r>
        <w:t>Complete: My assistant helps [audience] accomplish [specific task] and produces [output]. Example: a customer service reply assistant drafts courteous answers using only the supplied company policy.</w:t>
      </w:r>
    </w:p>
    <w:p>
      <w:pPr>
        <w:pStyle w:val="Heading2"/>
      </w:pPr>
      <w:r>
        <w:t>2. Define its limits</w:t>
      </w:r>
    </w:p>
    <w:p>
      <w:r>
        <w:t>Specify the tasks it may handle, the information it may use, when it should ask questions, and what it must refuse to invent. Never give it real confidential data for this exercise.</w:t>
      </w:r>
    </w:p>
    <w:p>
      <w:pPr>
        <w:pStyle w:val="Heading2"/>
      </w:pPr>
      <w:r>
        <w:t>3. Write instructions</w:t>
      </w:r>
    </w:p>
    <w:p>
      <w:r>
        <w:t>Copy and customise the master assistant prompt on the following pages. Specify its role, goal, workflow, output, tone, boundaries and checks.</w:t>
      </w:r>
    </w:p>
    <w:p>
      <w:pPr>
        <w:pStyle w:val="Heading2"/>
      </w:pPr>
      <w:r>
        <w:t>4. Create the assistant</w:t>
      </w:r>
    </w:p>
    <w:p>
      <w:r>
        <w:t>If your ChatGPT account has a GPT creation option, open GPTs / Explore GPTs, choose Create, name the GPT, add a description, paste the instructions, add conversation starters, and test in preview. Buttons and access vary by plan and workspace.</w:t>
      </w:r>
    </w:p>
    <w:p>
      <w:pPr>
        <w:pStyle w:val="Heading2"/>
      </w:pPr>
      <w:r>
        <w:t>5. Alternative without GPT creation</w:t>
      </w:r>
    </w:p>
    <w:p>
      <w:r>
        <w:t>Start a new AI chat and paste the master instructions as your first message. Save a copy in Notes or Google Docs for future conversations. This is a reusable chat-based assistant, not a separately hosted bot.</w:t>
      </w:r>
    </w:p>
    <w:p>
      <w:pPr>
        <w:pStyle w:val="Heading2"/>
      </w:pPr>
      <w:r>
        <w:t>6. Test five cases</w:t>
      </w:r>
    </w:p>
    <w:p>
      <w:r>
        <w:t>Use a normal request, vague request, request missing details, out-of-scope request, and request involving an unknown fact. Record results and correct the instructions.</w:t>
      </w:r>
    </w:p>
    <w:p>
      <w:pPr>
        <w:pStyle w:val="Heading2"/>
      </w:pPr>
      <w:r>
        <w:t>7. Improve and demonstrate</w:t>
      </w:r>
    </w:p>
    <w:p>
      <w:r>
        <w:t>Revise weak instructions; rerun tests; demonstrate a realistic task; explain one limitation and how a human verifies the output.</w:t>
      </w:r>
    </w:p>
    <w:p>
      <w:pPr>
        <w:pStyle w:val="Heading2"/>
      </w:pPr>
      <w:r>
        <w:t>MASTER ASSISTANT INSTRUCTIONS — copy and customise</w:t>
      </w:r>
    </w:p>
    <w:p>
      <w:r>
        <w:t>You are [ASSISTANT NAME], a [ROLE] for [AUDIENCE].</w:t>
        <w:br/>
        <w:t>MISSION: Help users [ONE CLEAR TASK]. Success means [MEASURABLE RESULT].</w:t>
        <w:br/>
        <w:t>SCOPE: You can [ALLOWED TASKS]. You cannot [EXCLUDED TASKS].</w:t>
        <w:br/>
        <w:t>WORKFLOW:</w:t>
        <w:br/>
        <w:t>1. Determine the user’s goal.</w:t>
        <w:br/>
        <w:t>2. Ask up to three concise clarifying questions if essential details are missing; otherwise proceed.</w:t>
        <w:br/>
        <w:t>3. Use only the information provided or sources you can genuinely access.</w:t>
        <w:br/>
        <w:t>4. Produce [OUTPUT FORMAT] in a [TONE] tone.</w:t>
        <w:br/>
        <w:t>5. Check the response for completeness, consistency and unsupported claims.</w:t>
        <w:br/>
        <w:t>RULES:</w:t>
        <w:br/>
        <w:t>- Never invent names, dates, prices, quotations, policies, links or sources.</w:t>
        <w:br/>
        <w:t>- Label assumptions and uncertainty. Use [PLACEHOLDERS] for missing details.</w:t>
        <w:br/>
        <w:t>- Never request unnecessary personal or confidential information.</w:t>
        <w:br/>
        <w:t>- For medical, legal, financial or other high-stakes questions, avoid definitive professional advice and recommend appropriate qualified review.</w:t>
        <w:br/>
        <w:t>- Do not claim to have sent, booked, saved or changed anything unless that action actually occurred.</w:t>
        <w:br/>
        <w:t>- If the user requests something outside your purpose, explain your scope and offer an in-scope alternative.</w:t>
        <w:br/>
        <w:t>OUTPUT TEMPLATE: [REQUIRED SECTIONS OR TABLE COLUMNS].</w:t>
        <w:br/>
        <w:t>FIRST RESPONSE: Introduce your function in one sentence and ask for the minimum information needed to start.</w:t>
      </w:r>
    </w:p>
    <w:p>
      <w:pPr>
        <w:pStyle w:val="Heading2"/>
      </w:pPr>
      <w:r>
        <w:t>Worked example — Jamaican small business email assistant</w:t>
      </w:r>
    </w:p>
    <w:p>
      <w:r>
        <w:t>Name: Business Reply Coach. Audience: small business owner. Purpose: draft professional replies to customer enquiries. Input: customer question, verified business facts, desired tone. Output: subject, email body, missing-information checklist. Boundaries: no invented prices, delivery promises, policies or discounts. Always ask when critical information is missing.</w:t>
      </w:r>
    </w:p>
    <w:p>
      <w:pPr>
        <w:pStyle w:val="Heading3"/>
      </w:pPr>
      <w:r>
        <w:t>Example test request</w:t>
      </w:r>
    </w:p>
    <w:p>
      <w:pPr>
        <w:pStyle w:val="Quote"/>
      </w:pPr>
      <w:r>
        <w:t>A customer asks whether we deliver to Negril. Draft a friendly reply. I have not told you whether delivery is available.</w:t>
      </w:r>
    </w:p>
    <w:p>
      <w:r>
        <w:t>Expected: the assistant asks about delivery availability or uses a clear placeholder, rather than claiming delivery is available.</w:t>
      </w:r>
    </w:p>
    <w:p>
      <w:pPr>
        <w:pStyle w:val="Heading2"/>
      </w:pPr>
      <w:r>
        <w:t>Assistant planning worksheet</w:t>
      </w:r>
    </w:p>
    <w:p>
      <w:r>
        <w:t>Assistant name: ____________________________________________________________</w:t>
      </w:r>
    </w:p>
    <w:p>
      <w:r>
        <w:t>Who it serves: ____________________________________________________________</w:t>
      </w:r>
    </w:p>
    <w:p>
      <w:r>
        <w:t>The one job it does: ____________________________________________________________</w:t>
      </w:r>
    </w:p>
    <w:p>
      <w:r>
        <w:t>Inputs needed: ____________________________________________________________</w:t>
      </w:r>
    </w:p>
    <w:p>
      <w:r>
        <w:t>Output format: ____________________________________________________________</w:t>
      </w:r>
    </w:p>
    <w:p>
      <w:r>
        <w:t>Tone: ____________________________________________________________</w:t>
      </w:r>
    </w:p>
    <w:p>
      <w:r>
        <w:t>What it must never do: ____________________________________________________________</w:t>
      </w:r>
    </w:p>
    <w:p>
      <w:r>
        <w:t>When it should ask a question: ____________________________________________________________</w:t>
      </w:r>
    </w:p>
    <w:p>
      <w:r>
        <w:t>What a successful answer looks like: ____________________________________________________________</w:t>
      </w:r>
    </w:p>
    <w:p>
      <w:pPr>
        <w:pStyle w:val="Heading2"/>
      </w:pPr>
      <w:r>
        <w:t>Five-test log</w:t>
      </w:r>
    </w:p>
    <w:tbl>
      <w:tblPr>
        <w:tblStyle w:val="LightShading-Accent1"/>
        <w:tblW w:type="auto" w:w="0"/>
        <w:tblLook w:firstColumn="1" w:firstRow="1" w:lastColumn="0" w:lastRow="0" w:noHBand="0" w:noVBand="1" w:val="04A0"/>
      </w:tblPr>
      <w:tblGrid>
        <w:gridCol w:w="2160"/>
        <w:gridCol w:w="2160"/>
        <w:gridCol w:w="2160"/>
        <w:gridCol w:w="2160"/>
      </w:tblGrid>
      <w:tr>
        <w:tc>
          <w:tcPr>
            <w:tcW w:type="dxa" w:w="2160"/>
          </w:tcPr>
          <w:p>
            <w:r>
              <w:t>Test</w:t>
            </w:r>
          </w:p>
        </w:tc>
        <w:tc>
          <w:tcPr>
            <w:tcW w:type="dxa" w:w="2160"/>
          </w:tcPr>
          <w:p>
            <w:r>
              <w:t>Request</w:t>
            </w:r>
          </w:p>
        </w:tc>
        <w:tc>
          <w:tcPr>
            <w:tcW w:type="dxa" w:w="2160"/>
          </w:tcPr>
          <w:p>
            <w:r>
              <w:t>Result / issue</w:t>
            </w:r>
          </w:p>
        </w:tc>
        <w:tc>
          <w:tcPr>
            <w:tcW w:type="dxa" w:w="2160"/>
          </w:tcPr>
          <w:p>
            <w:r>
              <w:t>Instruction change</w:t>
            </w:r>
          </w:p>
        </w:tc>
      </w:tr>
      <w:tr>
        <w:tc>
          <w:tcPr>
            <w:tcW w:type="dxa" w:w="2160"/>
          </w:tcPr>
          <w:p>
            <w:r>
              <w:t>Normal task</w:t>
            </w:r>
          </w:p>
        </w:tc>
        <w:tc>
          <w:tcPr>
            <w:tcW w:type="dxa" w:w="2160"/>
          </w:tcPr>
          <w:p/>
        </w:tc>
        <w:tc>
          <w:tcPr>
            <w:tcW w:type="dxa" w:w="2160"/>
          </w:tcPr>
          <w:p/>
        </w:tc>
        <w:tc>
          <w:tcPr>
            <w:tcW w:type="dxa" w:w="2160"/>
          </w:tcPr>
          <w:p/>
        </w:tc>
      </w:tr>
      <w:tr>
        <w:tc>
          <w:tcPr>
            <w:tcW w:type="dxa" w:w="2160"/>
          </w:tcPr>
          <w:p>
            <w:r>
              <w:t>Vague request</w:t>
            </w:r>
          </w:p>
        </w:tc>
        <w:tc>
          <w:tcPr>
            <w:tcW w:type="dxa" w:w="2160"/>
          </w:tcPr>
          <w:p/>
        </w:tc>
        <w:tc>
          <w:tcPr>
            <w:tcW w:type="dxa" w:w="2160"/>
          </w:tcPr>
          <w:p/>
        </w:tc>
        <w:tc>
          <w:tcPr>
            <w:tcW w:type="dxa" w:w="2160"/>
          </w:tcPr>
          <w:p/>
        </w:tc>
      </w:tr>
      <w:tr>
        <w:tc>
          <w:tcPr>
            <w:tcW w:type="dxa" w:w="2160"/>
          </w:tcPr>
          <w:p>
            <w:r>
              <w:t>Missing fact</w:t>
            </w:r>
          </w:p>
        </w:tc>
        <w:tc>
          <w:tcPr>
            <w:tcW w:type="dxa" w:w="2160"/>
          </w:tcPr>
          <w:p/>
        </w:tc>
        <w:tc>
          <w:tcPr>
            <w:tcW w:type="dxa" w:w="2160"/>
          </w:tcPr>
          <w:p/>
        </w:tc>
        <w:tc>
          <w:tcPr>
            <w:tcW w:type="dxa" w:w="2160"/>
          </w:tcPr>
          <w:p/>
        </w:tc>
      </w:tr>
      <w:tr>
        <w:tc>
          <w:tcPr>
            <w:tcW w:type="dxa" w:w="2160"/>
          </w:tcPr>
          <w:p>
            <w:r>
              <w:t>Out of scope</w:t>
            </w:r>
          </w:p>
        </w:tc>
        <w:tc>
          <w:tcPr>
            <w:tcW w:type="dxa" w:w="2160"/>
          </w:tcPr>
          <w:p/>
        </w:tc>
        <w:tc>
          <w:tcPr>
            <w:tcW w:type="dxa" w:w="2160"/>
          </w:tcPr>
          <w:p/>
        </w:tc>
        <w:tc>
          <w:tcPr>
            <w:tcW w:type="dxa" w:w="2160"/>
          </w:tcPr>
          <w:p/>
        </w:tc>
      </w:tr>
      <w:tr>
        <w:tc>
          <w:tcPr>
            <w:tcW w:type="dxa" w:w="2160"/>
          </w:tcPr>
          <w:p>
            <w:r>
              <w:t>Unverified claim</w:t>
            </w:r>
          </w:p>
        </w:tc>
        <w:tc>
          <w:tcPr>
            <w:tcW w:type="dxa" w:w="2160"/>
          </w:tcPr>
          <w:p/>
        </w:tc>
        <w:tc>
          <w:tcPr>
            <w:tcW w:type="dxa" w:w="2160"/>
          </w:tcPr>
          <w:p/>
        </w:tc>
        <w:tc>
          <w:tcPr>
            <w:tcW w:type="dxa" w:w="2160"/>
          </w:tcPr>
          <w:p/>
        </w:tc>
      </w:tr>
    </w:tbl>
    <w:p>
      <w:pPr>
        <w:pStyle w:val="Heading2"/>
      </w:pPr>
      <w:r>
        <w:t>Assistant readiness checklist</w:t>
      </w:r>
    </w:p>
    <w:p>
      <w:pPr>
        <w:pStyle w:val="ListBullet"/>
      </w:pPr>
      <w:r>
        <w:t>I have saved my assistant instructions.</w:t>
      </w:r>
    </w:p>
    <w:p>
      <w:pPr>
        <w:pStyle w:val="ListBullet"/>
      </w:pPr>
      <w:r>
        <w:t>The purpose and audience are clear.</w:t>
      </w:r>
    </w:p>
    <w:p>
      <w:pPr>
        <w:pStyle w:val="ListBullet"/>
      </w:pPr>
      <w:r>
        <w:t>The assistant uses a consistent output format.</w:t>
      </w:r>
    </w:p>
    <w:p>
      <w:pPr>
        <w:pStyle w:val="ListBullet"/>
      </w:pPr>
      <w:r>
        <w:t>It does not invent missing facts.</w:t>
      </w:r>
    </w:p>
    <w:p>
      <w:pPr>
        <w:pStyle w:val="ListBullet"/>
      </w:pPr>
      <w:r>
        <w:t>It protects sensitive information.</w:t>
      </w:r>
    </w:p>
    <w:p>
      <w:pPr>
        <w:pStyle w:val="ListBullet"/>
      </w:pPr>
      <w:r>
        <w:t>I ran all five tests and made at least one improvement.</w:t>
      </w:r>
    </w:p>
    <w:p>
      <w:pPr>
        <w:pStyle w:val="ListBullet"/>
      </w:pPr>
      <w:r>
        <w:t>I can demonstrate the assistant in two minutes.</w:t>
      </w:r>
    </w:p>
    <w:p>
      <w:pPr>
        <w:pStyle w:val="Heading2"/>
      </w:pPr>
      <w:r>
        <w:t>Personal action plan</w:t>
      </w:r>
    </w:p>
    <w:p>
      <w:r>
        <w:t>Task I will use AI for this week: _______________________________________________________</w:t>
      </w:r>
    </w:p>
    <w:p>
      <w:r>
        <w:t>How I will check the output: _______________________________________________________</w:t>
      </w:r>
    </w:p>
    <w:p>
      <w:r>
        <w:t>Time I expect to save: _______________________________________________________</w:t>
      </w:r>
    </w:p>
    <w:p>
      <w:r>
        <w:t>One limitation I will monitor: _______________________________________________________</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From Zero to Confident  •  3.5-hour practical workshop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AI ACCELERATOR  |  CRM JAMAICA GROUP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