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Assessment, Answer Key and Facilitator Rubric</w:t>
      </w:r>
    </w:p>
    <w:p>
      <w:r>
        <w:t>AI Accelerator: From Zero to Confident | Beginner | 210 minutes | No coding required</w:t>
      </w:r>
    </w:p>
    <w:p>
      <w:pPr>
        <w:pStyle w:val="Heading2"/>
      </w:pPr>
      <w:r>
        <w:t>Assessment approach</w:t>
      </w:r>
    </w:p>
    <w:p>
      <w:r>
        <w:t>Knowledge check: 10 questions (20 points). Practical assistant project: 80 points. Recommended passing score: 70/100, including at least 50/80 for the practical project. This is a proposed course standard, not an external accreditation.</w:t>
      </w:r>
    </w:p>
    <w:p>
      <w:r>
        <w:t>1. What is generative AI? (2 points)</w:t>
      </w:r>
    </w:p>
    <w:p>
      <w:r>
        <w:t>Answer: ______________________________________________________________________</w:t>
      </w:r>
    </w:p>
    <w:p>
      <w:r>
        <w:t>2. Name two tasks AI can assist with. (2 points)</w:t>
      </w:r>
    </w:p>
    <w:p>
      <w:r>
        <w:t>Answer: ______________________________________________________________________</w:t>
      </w:r>
    </w:p>
    <w:p>
      <w:r>
        <w:t>3. What does “hallucination” mean in AI? (2 points)</w:t>
      </w:r>
    </w:p>
    <w:p>
      <w:r>
        <w:t>Answer: ______________________________________________________________________</w:t>
      </w:r>
    </w:p>
    <w:p>
      <w:r>
        <w:t>4. Why include context in a prompt? (2 points)</w:t>
      </w:r>
    </w:p>
    <w:p>
      <w:r>
        <w:t>Answer: ______________________________________________________________________</w:t>
      </w:r>
    </w:p>
    <w:p>
      <w:r>
        <w:t>5. Name three parts of a strong prompt. (2 points)</w:t>
      </w:r>
    </w:p>
    <w:p>
      <w:r>
        <w:t>Answer: ______________________________________________________________________</w:t>
      </w:r>
    </w:p>
    <w:p>
      <w:r>
        <w:t>6. What should you do if AI gives an important statistic? (2 points)</w:t>
      </w:r>
    </w:p>
    <w:p>
      <w:r>
        <w:t>Answer: ______________________________________________________________________</w:t>
      </w:r>
    </w:p>
    <w:p>
      <w:r>
        <w:t>7. Should you paste confidential client records into a public AI chat? (2 points)</w:t>
      </w:r>
    </w:p>
    <w:p>
      <w:r>
        <w:t>Answer: ______________________________________________________________________</w:t>
      </w:r>
    </w:p>
    <w:p>
      <w:r>
        <w:t>8. What should an assistant do when a date is missing? (2 points)</w:t>
      </w:r>
    </w:p>
    <w:p>
      <w:r>
        <w:t>Answer: ______________________________________________________________________</w:t>
      </w:r>
    </w:p>
    <w:p>
      <w:r>
        <w:t>9. Why test an assistant with out-of-scope requests? (2 points)</w:t>
      </w:r>
    </w:p>
    <w:p>
      <w:r>
        <w:t>Answer: ______________________________________________________________________</w:t>
      </w:r>
    </w:p>
    <w:p>
      <w:r>
        <w:t>10. What is the purpose of human review? (2 points)</w:t>
      </w:r>
    </w:p>
    <w:p>
      <w:r>
        <w:t>Answer: ______________________________________________________________________</w:t>
      </w:r>
    </w:p>
    <w:p>
      <w:pPr>
        <w:pStyle w:val="Heading2"/>
      </w:pPr>
      <w:r>
        <w:t>Facilitator answer key</w:t>
      </w:r>
    </w:p>
    <w:p>
      <w:r>
        <w:t>1. A system that generates content such as text or images from learned patterns.</w:t>
      </w:r>
    </w:p>
    <w:p>
      <w:r>
        <w:t>2. For example: drafting and summarising.</w:t>
      </w:r>
    </w:p>
    <w:p>
      <w:r>
        <w:t>3. A confident-looking but incorrect or unsupported output.</w:t>
      </w:r>
    </w:p>
    <w:p>
      <w:r>
        <w:t>4. It helps the model understand the audience, goal and constraints.</w:t>
      </w:r>
    </w:p>
    <w:p>
      <w:r>
        <w:t>5. Any three: role, task, context, constraints, format, quality check.</w:t>
      </w:r>
    </w:p>
    <w:p>
      <w:r>
        <w:t>6. Verify it against a trustworthy original source.</w:t>
      </w:r>
    </w:p>
    <w:p>
      <w:r>
        <w:t>7. No, not without explicit authorisation and appropriate safeguards.</w:t>
      </w:r>
    </w:p>
    <w:p>
      <w:r>
        <w:t>8. Ask for the date or use a clearly marked placeholder.</w:t>
      </w:r>
    </w:p>
    <w:p>
      <w:r>
        <w:t>9. To confirm it respects its purpose and boundaries.</w:t>
      </w:r>
    </w:p>
    <w:p>
      <w:r>
        <w:t>10. To check correctness, appropriateness and accountability.</w:t>
      </w:r>
    </w:p>
    <w:p>
      <w:pPr>
        <w:pStyle w:val="Heading2"/>
      </w:pPr>
      <w:r>
        <w:t>Practical rubric — 80 points</w:t>
      </w:r>
    </w:p>
    <w:p>
      <w:r>
        <w:t>Clear purpose and target user — 15 points: Specific, realistic, narrow assistant task.</w:t>
      </w:r>
    </w:p>
    <w:p>
      <w:r>
        <w:t>Quality of assistant instructions — 20 points: Role, workflow, output format, questions and boundaries.</w:t>
      </w:r>
    </w:p>
    <w:p>
      <w:r>
        <w:t>Safety and accuracy controls — 15 points: Privacy protections, no invented facts, human review.</w:t>
      </w:r>
    </w:p>
    <w:p>
      <w:r>
        <w:t>Five documented tests — 20 points: Normal, vague, missing information, out of scope, unsupported fact.</w:t>
      </w:r>
    </w:p>
    <w:p>
      <w:r>
        <w:t>Demonstration and iteration — 10 points: Explains value, shows output and improves one instruction.</w:t>
      </w:r>
    </w:p>
    <w:p>
      <w:pPr>
        <w:pStyle w:val="Heading2"/>
      </w:pPr>
      <w:r>
        <w:t>Trainer observation sheet</w:t>
      </w:r>
    </w:p>
    <w:p>
      <w:r>
        <w:t>Participant: __________________________________________________</w:t>
      </w:r>
    </w:p>
    <w:p>
      <w:r>
        <w:t>Date: __________________________________________________</w:t>
      </w:r>
    </w:p>
    <w:p>
      <w:r>
        <w:t>Knowledge score /20: __________________________________________________</w:t>
      </w:r>
    </w:p>
    <w:p>
      <w:r>
        <w:t>Practical score /80: __________________________________________________</w:t>
      </w:r>
    </w:p>
    <w:p>
      <w:r>
        <w:t>Total /100: __________________________________________________</w:t>
      </w:r>
    </w:p>
    <w:p>
      <w:r>
        <w:t>Pass / revise: __________________________________________________</w:t>
      </w:r>
    </w:p>
    <w:p>
      <w:r>
        <w:t>Strengths: __________________________________________________</w:t>
      </w:r>
    </w:p>
    <w:p>
      <w:r>
        <w:t>Next improvement: __________________________________________________</w:t>
      </w:r>
    </w:p>
    <w:p>
      <w:r>
        <w:t>Facilitator signature: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From Zero to Confident  •  3.5-hour practical workshop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ACCELERATOR  |  CRM JAMAICA GROUP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